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מדריך למורה – בלשי השורש: גזרות הנחים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ערכה לזיהוי שורשים בגזרות הנחים (ל״ה/י, פ״י/ו, ע״ו/י) ובגזרת פ״נ להשוואה. התלמידים לומדים „שיטת בלש” בחמישה צעדים ומתרגלים אותה באתר, במשחקים ובדפי תרגול מודפסים. אתר הערכה: https://gizrot-hanachim.sites.tab.bot/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📌 שכבת הגיל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גזרות ובניינים נלמדים בדרך כלל בחטיבה העליונה. במסלולי היסודי והחט״ב הערכה משמשת להעשרה או להכנה: פעלים קצרים מבניין קל, ובלי שלב הבניין ביסודי.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🕵️ שיטת הבלש – חמשת הצעדים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⏪ מעבירים ל„הוא אתמול” (עבר, נסתר, יחיד).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🏗️ מזהים את הבניין לפי התבנית.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✂️ משמיטים את האותיות המוספיות (אותיות הבניין והנטייה).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4. 🔢 סופרים כמה אותיות נשארו – שלוש? שתיים?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5. 🧩 מחליטים איזו אות חסרה או נחה – ואיפה – וכותבים את השורש.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✍️ מוסכמות בערכה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אות נחה או חסרה נרשמת י/ו בפ״י/ו ובע״ו/י (י/ו־ב־ל, ק־י/ו־ם), ו־י/ה בל״ה/י (פ־נ־י/ה). בבדיקה – לקבל גם ו׳ או י׳ לבד.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הופעל בשורוק (הוּבַל, הוּקַם): „מבחן הפעיל” – מעבירים להפעיל כדי להכריע בין פ״י/ו לע״ו/י.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צבעים קבועים: ל״ה/י כחול · פ״י/ו ירוק · ע״ו/י כתום · פ״נ סגול.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דגש חזק באות הראשונה אחרי מוספית (נִפַּל, הִגִּישׁ) = רמז לנ׳ חסרה (פ״נ).</w:t>
      </w:r>
    </w:p>
    <w:p>
      <w:r>
        <w:br w:type="page"/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🕵️ שיטת הבלש: איך מוצאים שורש חסר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🔎 פתיחה: פועל הוא כמו זירת חקירה: יש בו רמזים – אותיות שבאו מבחוץ (מוספיות), ניקוד, דגש. בלשי השורש יודעים לנקות את הזירה ולמצוא את „החשודים” – שלוש אותיות השורש. אבל לפעמים אחת מהן מתחבאת! 🕵️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🎯 מטרות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להכיר את חמשת צעדי „שיטת הבלש” למציאת שורש.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להעביר כל פועל ל„הוא אתמול” (עבר, נסתר).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להשמיט אותיות מוספיות ולספור את אותיות השורש.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להחליט איזו אות חסרה או נחה – ואיפה.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💡 עיקרי ההסבר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🌱 מה זה שורש? – רוב המילים בעברית בנויות משורש של שלוש אותיות. השורש נושא את המשמעות: כ־ת־ב ← כָּתַב, מִכְתָּב, כְּתֹבֶת.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😴 מה זו אות נחה? – אות נחה היא אות שנכתבת אבל לא נשמעת, או שנעלמת לגמרי מן המילה. האותיות שנוטות „לנוח” הן ו׳, י׳, ה׳ (וגם א׳).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🧩 מה זו גזרה? – גזרה היא קבוצה של שורשים שמתנהגים אותו דבר בגלל אות מיוחדת בשורש. „פ״י” = האות הראשונה (פ׳ הפועל) היא י׳. „ע״ו” = האות האמצעית (ע׳ הפועל) היא ו׳. „ל״ה” = האות האחרונה (ל׳ הפועל) היא ה׳.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🔤 פ׳ – ע׳ – ל׳ – את מקומות האותיות בשורש מסמנים לפי המילה פָּעַל: פ = האות הראשונה, ע = האמצעית, ל = האחרונה.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צעד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הסבר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⏪ „הוא אתמול”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מעבירים את הפועל לעבר, גוף שלישי, יחיד: „הוא אתמול…”. למשל: יָקוּם ← הוא אתמול קָם.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🏗️ בניין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מזהים את הבניין: קל, נפעל, פיעל, פועל, הפעיל, הופעל, התפעל.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✂️ השמטת מוספיות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מורידים את האותיות שהבניין הוסיף: הִ־ ו־י של הפעיל, נ׳ של נפעל, הִת־ של התפעל.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🔢 ספירה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סופרים כמה אותיות נשארו: שלוש? שתיים?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🧩 החלטה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אם נשארו 2 אותיות – מחליטים איזו אות חסרה ואיפה. אם נשארו 3 – בודקים אם אחת מהן נחה (לא נשמעת).</w:t>
            </w:r>
          </w:p>
        </w:tc>
      </w:tr>
    </w:tbl>
    <w:p>
      <w:pPr>
        <w:bidi/>
        <w:jc w:val="right"/>
      </w:pP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מה גיליתם?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המסקנה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הגזרה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דוגמה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נשארו 2 אותיות, ויש דגש באות הראשונה שנשארה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חסרה נ׳ בהתחלה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פ״נ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הִפִּיל ← פּ־ל ← נ־פ־ל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נשארו 2 אותיות בלי דגש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חסרה י/ו באמצע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ע״ו/י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הֵקִים ← ק־ם ← ק־י/ו־ם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נשארו 3 אותיות, והראשונה ו׳ או י׳ שלא נשמעת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י/ו נחה בהתחלה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פ״י/ו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הוֹבִיל ← ו־ב־ל ← י/ו־ב־ל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נשארו 3 אותיות, והאמצעית ו׳ שלא נשמעת כעיצור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י/ו נחה באמצע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ע״ו/י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נָסוֹג ← ס־ו־ג ← ס־י/ו־ג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„הוא אתמול” מסתיים בצליל ָה (בכתב ה׳)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ה/י בסוף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ל״ה/י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הִפְנָה ← פ־נ־ה ← פ־נ־י/ה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🔍 דוגמאות פתורות ותרגול מודרך – מפתח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085"/>
        <w:gridCol w:w="2085"/>
        <w:gridCol w:w="2085"/>
        <w:gridCol w:w="2085"/>
        <w:gridCol w:w="2085"/>
      </w:tblGrid>
      <w:tr>
        <w:tc>
          <w:tcPr>
            <w:tcW w:type="dxa" w:w="208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הפועל</w:t>
            </w:r>
          </w:p>
        </w:tc>
        <w:tc>
          <w:tcPr>
            <w:tcW w:type="dxa" w:w="208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הוא אתמול</w:t>
            </w:r>
          </w:p>
        </w:tc>
        <w:tc>
          <w:tcPr>
            <w:tcW w:type="dxa" w:w="208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בניין</w:t>
            </w:r>
          </w:p>
        </w:tc>
        <w:tc>
          <w:tcPr>
            <w:tcW w:type="dxa" w:w="208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שורש</w:t>
            </w:r>
          </w:p>
        </w:tc>
        <w:tc>
          <w:tcPr>
            <w:tcW w:type="dxa" w:w="208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גזרה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הִפְנָה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הִפְנָה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הפעיל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פ־נ־י/ה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ל״ה/י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הוֹבִיל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הוֹבִיל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הפעיל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י/ו־ב־ל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פ״י/ו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הֵקִימוּ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הֵקִים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הפעיל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ק־י/ו־ם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ע״ו/י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הִפִּילָה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הִפִּיל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הפעיל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נ־פ־ל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פ״נ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קָם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קָם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קל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ק־י/ו־ם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ע״ו/י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בָּנוּ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בָּנָה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קל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ב־נ־י/ה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ל״ה/י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נוֹלַד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נוֹלַד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נפעל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י/ו־ל־ד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פ״י/ו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הִגִּיעַ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הִגִּיעַ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הפעיל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נ־ג־ע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פ״נ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הֵבַנְתִּי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הֵבִין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הפעיל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ב־י/ו־ן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ע״ו/י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⚠️ שימו לב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שימו לב לדגש: בהִפִּיל יש דגש בפ׳ – הוא „מחליף” את הנ׳ שנבלעה. בהֵקִים אין דגש – לכן חסרה י/ו באמצע.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תמיד מתחילים מ„הוא אתמול”. יִקְנוּ, יָקוּם ויִפֹּל מבלבלים בעתיד – בעבר הכול ברור יותר: קָנָה, קָם, נָפַל.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גם אות שורש יכולה להיראות כמו מוספית: בנִסָּה הנ׳ היא חלק מהשורש (נ־ס־י/ה), ובנִכְנַס הנ׳ הראשונה מוספית.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🧒 ליסודי / 🎓 לתיכון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בקצרה לצעירים: השורש הוא „הלב” של המילה – 3 אותיות. לפעמים אות אחת מתחבאת. נגיד את המילה כמו „הוא אתמול”, נוריד אותיות שבאו מבחוץ, ונספור. נשארו רק 2? נחפש את האות המתחבאת! 🙈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הרחבה: „נחים” ו„חסרים” הם שני מנגנונים שונים. בנחים האות נשארת בכתב אך אינה נשמעת כעיצור (הוֹבִיל, קָנָה), או נעלמת לגמרי (קָם). בחסרי פ״נ הנ׳ נבלעת באות שאחריה ומשאירה דגש חזק (הִפִּיל). ההבחנה בין „נשארו 2 אותיות עם דגש” ל„בלי דגש” מבוססת על ההבדל הזה. שימו לב גם לשורש ל־ק־ח, שמתנהג כמו פ״נ (יִקַּח).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🗓️ מערך שיעור (45 דקות)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שלב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זמן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מה עושים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פתיחה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תיק החקירה (השקופית/הפתיחה באתר)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הקניה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15׳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כרטיסי ההסבר + 2 דוגמאות פתורות במצגת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תרגול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20׳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מאמן הבלש / מיון באתר, ואז דף תרגול מודפס במסלול המתאים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סיכום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כרטיס יציאה מדף התרגול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🔵 גזרת ל״ה/י – ה׳ בסוף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🔎 פתיחה: המדריך הִפְנָה את המבקרים לכניסה. מה השורש של הִפְנָה? אחרי שמורידים את הִ־ נשארות פ־נ־ה. אבל ה׳ הזו לא באמת נשמעת כעיצור – היא רק סימן לתנועה. ברוכים הבאים לגזרת ל״ה/י! 🔵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🎯 מטרות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לזהות פעלים מגזרת ל״ה/י בכל הבניינים.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להבין מתי מופיעה ה׳ ומתי מופיעה י׳.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לזהות לפי סימנים: „הוא אתמול” ב־ָה, שם הפועל ב־וֹת.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להכיר יוצאי דופן: ה׳ במפיק (הּ).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💡 עיקרי ההסבר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📛 השם – ל״ה/י: האות האחרונה בשורש (ל׳ הפועל) היא ה׳ או י׳. בדרך כלל היא נחה – נכתבת ולא נשמעת.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🔁 ה׳ או י׳? – בסוף מילה מופיעה ה׳: קָנָה, בָּנָה. באמצע מילה מופיעה י׳: קָנִיתִי, רָאִינוּ. לכן רושמים את השורש כך: ק־נ־י/ה.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👂 סימן 1: הצליל ָה – „הוא אתמול” של ל״ה/י תמיד מסתיים בצליל ָה: קל – קָנָה; נפעל – נִבְנָה; פיעל – כִּבָּה; הפעיל – הִפְנָה; התפעל – הִשְׁתַּנָּה.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🏁 סימן 2: שם הפועל ב־וֹת – שם הפועל מסתיים ב־וֹת: לִקְנוֹת, לִבְנוֹת, לְכַבּוֹת, לְהַשְׁקוֹת, לְהִשְׁתַּנּוֹת.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🎧 הצליל משתנה – בהפעיל, בפיעל ובהתפעל הפועל נשמע אחרת מהרגיל: לא „הִפְעִיל” אלא הִפְנָה; לא „פִּעֵל” אלא כִּבָּה; לא „הִתְפַּעֵל” אלא הִשְׁתַּנָּה.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🏗️ בבניינים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בניין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דוגמאות („הוא אתמול”)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קל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קָנָה, בָּנָה, שָׁתָה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נפעל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נִבְנָה, נִרְאָה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פיעל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כִּבָּה, פִּנָּה, צִפָּה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הפעיל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הִפְנָה, הִשְׁקָה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התפעל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הִשְׁתַּנָּה, הִתְרַצָּה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🔍 דוגמאות פתורות ותרגול מודרך – מפתח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085"/>
        <w:gridCol w:w="2085"/>
        <w:gridCol w:w="2085"/>
        <w:gridCol w:w="2085"/>
        <w:gridCol w:w="2085"/>
      </w:tblGrid>
      <w:tr>
        <w:tc>
          <w:tcPr>
            <w:tcW w:type="dxa" w:w="208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הפועל</w:t>
            </w:r>
          </w:p>
        </w:tc>
        <w:tc>
          <w:tcPr>
            <w:tcW w:type="dxa" w:w="208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הוא אתמול</w:t>
            </w:r>
          </w:p>
        </w:tc>
        <w:tc>
          <w:tcPr>
            <w:tcW w:type="dxa" w:w="208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בניין</w:t>
            </w:r>
          </w:p>
        </w:tc>
        <w:tc>
          <w:tcPr>
            <w:tcW w:type="dxa" w:w="208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שורש</w:t>
            </w:r>
          </w:p>
        </w:tc>
        <w:tc>
          <w:tcPr>
            <w:tcW w:type="dxa" w:w="208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גזרה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הִפְנָה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הִפְנָה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הפעיל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פ־נ־י/ה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ל״ה/י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יִקְנוּ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קָנָה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קל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ק־נ־י/ה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ל״ה/י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הִשְׁתַּנָּה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הִשְׁתַּנָּה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התפעל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ש־נ־י/ה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ל״ה/י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פִּנּוּ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פִּנָּה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פיעל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פ־נ־י/ה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ל״ה/י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קָנְתָה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קָנָה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קל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ק־נ־י/ה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ל״ה/י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כִּבָּה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כִּבָּה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פיעל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כ־ב־י/ה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ל״ה/י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נִבְנָה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נִבְנָה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נפעל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ב־נ־י/ה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ל״ה/י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רָאִינוּ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רָאָה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קל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ר־א־י/ה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ל״ה/י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לִבְנוֹת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בָּנָה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קל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ב־נ־י/ה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ל״ה/י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⚠️ שימו לב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בעתיד רבים ובציווי ה׳ נעלמת: יִקְנוּ, בְּנוּ. לכן מתחילים תמיד מ„הוא אתמול”: קָנָה.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יוצאי דופן: בכמה שורשים הה׳ היא עיצור שנשמע, ומסמנים אותה בנקודה (מפיק): גָּבַהּ (מלשון גובה), נָגַהּ, כָּמַהּ, תָּמַהּ, הִתְמַהְמֵהַּ. אלה שורשים שלמים – לא ל״ה/י.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רָצָה (רצון, ר־צ־י/ה) לעומת רָצָה (היא רצה, ר־י/ו־ץ) – אותה כתיבה, שורש אחר! ההקשר מכריע.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🧒 ליסודי / 🎓 לתיכון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בקצרה לצעירים: יש פעלים שמסתיימים בצליל „ָה”: קָנָה, בָּנָה, שָׁתָה. האות האחרונה בשורש שלהם היא ה׳ (ולפעמים י׳). נסו: „אני קָנִיתִי” – רואים את הי׳? 👀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הרחבה: מבחינה היסטורית רוב שורשי ל״ה הם ל״י – הי׳ מתגלה בנטיות כמו בָּנִיתִי וובמילים כמו בִּנְיָן. בהתפעל, כשפ׳ הפועל היא שורקת (ש, ס, צ, ז), הת״ו מחליפה איתה מקום ולעיתים משתנה: הִשְׁתַּנָּה, הִצְטַלֵּם. זיהוי הבניין חשוב לפני השמטת המוספיות.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🗓️ מערך שיעור (45 דקות)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שלב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זמן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מה עושים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פתיחה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תיק החקירה (השקופית/הפתיחה באתר)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הקניה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15׳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כרטיסי ההסבר + 2 דוגמאות פתורות במצגת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תרגול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20׳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מאמן הבלש / מיון באתר, ואז דף תרגול מודפס במסלול המתאים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סיכום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כרטיס יציאה מדף התרגול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🟢 גזרת פ״י/ו – האות הראשונה נחה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🔎 פתיחה: השביל הוֹבִיל אותנו אל המעיין. מורידים את הה׳ ואת הי׳ של הפעיל – ונשארות ו־ב־ל. אבל הו׳ לא נשמעת כעיצור – היא אות נחה בתחילת השורש! 🟢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🎯 מטרות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לזהות פעלים מגזרת פ״י/ו.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להכיר את הצליל המיוחד בהפעיל (הוֹ־ / הֵי־) ובנפעל (נוֹ־).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לזהות הופעל בשורוק (הוּ־) ולהעביר להפעיל.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לזהות עתיד קל בחיריק מלא (אִישַׁן, יִירְשׁוּ).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💡 עיקרי ההסבר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📛 השם – פ״י/ו: האות הראשונה בשורש (פ׳ הפועל) היא י׳ או ו׳. במקרים רבים היא נחה – נכתבת ולא נשמעת. לכן רושמים: י/ו־ב־ל.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🔎 איך מזהים? – „הוא אתמול” ← בניין ← השמטת מוספיות ← נשארות 3 אותיות, והראשונה היא ו׳ או י׳ שאינה נשמעת.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🎧 הפעיל: הוֹ־ – בבניין הפעיל „הוא אתמול” נשמע הוֹ־: הוֹרִיד, הוֹבִיל, הוֹשִׁיב, הוֹסִיף, הוֹדִיעַ.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⭐ חמישה מיוחדים: הֵי־ – בחמישה שורשים בלבד הפעיל נשמע הֵי־: הֵינִיק, הֵימִין, הֵילִיל, הֵישִׁיר, הֵיטִיב.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🎧 נפעל: נוֹ־ – בבניין נפעל „הוא אתמול” נשמע נוֹ־: נוֹלַד, נוֹסַד, נוֹתַר, נוֹעַד, נוֹעַץ.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🔵 הופעל: הוּ־ – בהופעל שומעים שורוק במקום קובוץ: הוּבַל (ולא „הֻבַל”), הוּרַד. כדי למצוא שורש – מעבירים להפעיל: הוּבַל ← הוֹבִיל.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⏩ עתיד קל: חיריק מלא – בעתיד של בניין קל: אות אית״ן בחיריק ואחריה י׳ נחה: אִישַׁן, יִירְשׁוּ, תִּינַק.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🧪 מבחן הפעיל – הוּרַד או הוּקַם? שתיהן בתבנית הוּ_ַ_. מעבירים להפעיל: הוֹרִיד (הוֹ_ִי_) ← פ״י/ו; הֵקִים (הֵ_ִי_) ← ע״ו/י.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🏗️ בבניינים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בניין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דוגמאות („הוא אתמול”)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קל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יָרַד, יָשַׁב (כאן הי׳ נשמעת); עתיד: אִישַׁן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נפעל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נוֹלַד, נוֹסַד, נוֹתַר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הפעיל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הוֹבִיל, הוֹרִיד; הֵינִיק, הֵיטִיב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הופעל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הוּבַל, הוּרַד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🔍 דוגמאות פתורות ותרגול מודרך – מפתח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085"/>
        <w:gridCol w:w="2085"/>
        <w:gridCol w:w="2085"/>
        <w:gridCol w:w="2085"/>
        <w:gridCol w:w="2085"/>
      </w:tblGrid>
      <w:tr>
        <w:tc>
          <w:tcPr>
            <w:tcW w:type="dxa" w:w="208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הפועל</w:t>
            </w:r>
          </w:p>
        </w:tc>
        <w:tc>
          <w:tcPr>
            <w:tcW w:type="dxa" w:w="208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הוא אתמול</w:t>
            </w:r>
          </w:p>
        </w:tc>
        <w:tc>
          <w:tcPr>
            <w:tcW w:type="dxa" w:w="208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בניין</w:t>
            </w:r>
          </w:p>
        </w:tc>
        <w:tc>
          <w:tcPr>
            <w:tcW w:type="dxa" w:w="208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שורש</w:t>
            </w:r>
          </w:p>
        </w:tc>
        <w:tc>
          <w:tcPr>
            <w:tcW w:type="dxa" w:w="208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גזרה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הוֹבִיל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הוֹבִיל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הפעיל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י/ו־ב־ל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פ״י/ו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נוֹלַד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נוֹלַד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נפעל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י/ו־ל־ד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פ״י/ו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הוּבַל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הוּבַל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הופעל (← הוֹבִיל)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י/ו־ב־ל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פ״י/ו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אִישַׁן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יָשַׁן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קל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י/ו־ש־ן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פ״י/ו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הוֹרִידָה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הוֹרִיד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הפעיל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י/ו־ר־ד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פ״י/ו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הוֹסִיף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הוֹסִיף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הפעיל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י/ו־ס־ף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פ״י/ו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נוֹסַד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נוֹסַד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נפעל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י/ו־ס־ד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פ״י/ו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הֵינִיקָה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הֵינִיק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הפעיל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י/ו־נ־ק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פ״י/ו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לְהוֹרִיד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הוֹרִיד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הפעיל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י/ו־ר־ד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פ״י/ו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⚠️ שימו לב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בבניין קל בעבר הי׳ נשמעת: יָרַד, יָשַׁב. היא „נחה” בבניינים אחרים: הוֹרִיד, הוֹשִׁיב.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להבדיל: „הוא נוֹעֵץ מסמר” (קל, נ־ע־ץ) לעומת „הוא נוֹעָץ ביועצת” (נפעל, י/ו־ע־ץ). הניקוד והמשמעות מכריעים.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הוֹלִיךְ נשמע כמו פ״י/ו, אבל השורש שלו ה־ל־ך – יוצא דופן שכדאי לזכור.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🧒 ליסודי / 🎓 לתיכון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בקצרה לצעירים: במילים כמו הוֹרִיד והוֹסִיף יש ו׳ שלא „מדברת” כמו אות רגילה. היא האות הראשונה של השורש: י/ו־ר־ד (כמו יָרַד!). 🙂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הרחבה: בגזרה זו נפגשים שני מקורות – פ״ו מקוריים (י/ו־ל־ד: נוֹלַד, הוֹלִיד) ופ״י מקוריים (י־נ־ק: הֵינִיק). חמשת השורשים בהֵי־ הם פ״י מקוריים. בבניין קל יש גם פעלים שבהם הי׳ נשמטת לגמרי בעתיד (יֵשֵׁב, יֵרֵד) – הם „חסרי פ״י” ואינם במוקד היחידה.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🗓️ מערך שיעור (45 דקות)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שלב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זמן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מה עושים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פתיחה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תיק החקירה (השקופית/הפתיחה באתר)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הקניה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15׳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כרטיסי ההסבר + 2 דוגמאות פתורות במצגת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תרגול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20׳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מאמן הבלש / מיון באתר, ואז דף תרגול מודפס במסלול המתאים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סיכום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כרטיס יציאה מדף התרגול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🟠 גזרת ע״ו/י – האות האמצעית נחה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🔎 פתיחה: המקהלה שָׁרָה בטקס. „הוא אתמול” – שָׁר. רק שתי אותיות: ש־ר! אין שורש בן שתי אותיות… אז איפה האות השלישית? היא מתחבאת באמצע: ש־י/ו־ר. 🟠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🎯 מטרות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לזהות פעלים מגזרת ע״ו/י.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להבין שפועל בן 2 אותיות בעבר או בהווה שייך לבניין קל, גזרת ע״ו/י.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להכיר את הצלילים המיוחדים בנפעל, בהפעיל ובמשקל פּוֹלֵל.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להוסיף י/ו באמצע כשנשארות 2 אותיות בלי דגש.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💡 עיקרי ההסבר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📛 השם – ע״ו/י: האות האמצעית בשורש (ע׳ הפועל) היא בדרך כלל ו׳, ובשורשים מסוימים י׳. היא נחה – או שלא נשמעת, או שנעלמת לגמרי. לכן תמיד רושמים: ק־י/ו־ם.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🔎 איך מזהים? – „הוא אתמול” ← בניין ← השמטת מוספיות ← נשארו 2 אותיות בלי דגש? מוסיפים י/ו באמצע. נשארו 3 והאמצעית ו׳ נחה? גם ע״ו/י.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2️⃣ שתי אותיות = קל – כל פועל בעבר או בהווה שיש בו רק שתי אותיות שייך לבניין קל, גזרת ע״ו/י: שָׁר, רָץ, קָם, טָס, זָז.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🎧 נפעל: נָ־וֹ – „הוא אתמול” בנפעל: נָסוֹג, נָמוֹג. פחות נפוץ: נִדּוֹן, נִזּוֹן. כשהאות הראשונה גרונית: נֵעוֹר.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🎧 הפעיל: הֵ־ִי – בהפעיל הה׳ מנוקדת בצירה ולא בחיריק: הֵקִים, הֵעִיר, הֵבִין, הֵרִים. מורידים מוספיות – נשארות 2 אותיות בלי דגש.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🔵 הופעל: הוּ־ – גם כאן שורוק במקום קובוץ: הוּקַם, הוּרַם. מעבירים להפעיל: הוּקַם ← הֵקִים.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🔁 פּוֹלֵל – במקום פיעל, פועל והתפעל יש משקל מיוחד: ו׳ אחרי האות הראשונה והאות האחרונה כפולה – פיעל: עוֹרֵר, קוֹמֵם; פועל: עוֹדַד, מוֹטַט; התפעל: הִתְעוֹרֵר, הִתְרוֹמֵם, הִתְכּוֹנֵן. בפיעל רגיל יש דגש באות האמצעית – כאן אין לו מקום, ולכן מכפילים את האחרונה.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🧪 מבחן הפעיל – קיבלתם תבנית הוּ_ַ_ (הופעל) ולא בטוחים אם זו ע״ו/י או פ״י/ו? העבירו את אותו שורש להפעיל: הֵ_ִי_ (הוּזַז ← הֵזִיז, הוּקַם ← הֵקִים) ← ע״ו/י; הוֹ_ִי_ (הוּרַד ← הוֹרִיד) ← פ״י/ו. המבחן עוזר גם בנפעל: נָכוֹן ← הֵכִין.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🏗️ בבניינים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בניין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דוגמאות („הוא אתמול”)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קל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קָם, שָׁר, רָץ, טָס, זָז; גם עֵר, בּוֹשׁ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נפעל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נָסוֹג, נָמוֹג (נָ_וֹ_); נִדּוֹן, נִזּוֹן (נִ_וֹ_); נֵעוֹר, נֵאוֹר (נֵ_וֹ_ – גרוניות)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הפעיל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הֵקִים, הֵעִיר, הֵבִין, הֵזִיז (הֵ_ִי_)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הופעל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הוּקַם, הוּרַם, הוּזַז (הוּ_ַ_)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פיעל (פּוֹלֵל)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עוֹרֵר, קוֹמֵם, רוֹמֵם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פועל (פּוֹלַל)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עוֹדַד, מוֹטַט, עוֹרַר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התפעל (הִתְפּוֹלֵל)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הִתְעוֹרֵר, הִתְרוֹמֵם, הִתְכּוֹנֵן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🔍 דוגמאות פתורות ותרגול מודרך – מפתח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085"/>
        <w:gridCol w:w="2085"/>
        <w:gridCol w:w="2085"/>
        <w:gridCol w:w="2085"/>
        <w:gridCol w:w="2085"/>
      </w:tblGrid>
      <w:tr>
        <w:tc>
          <w:tcPr>
            <w:tcW w:type="dxa" w:w="208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הפועל</w:t>
            </w:r>
          </w:p>
        </w:tc>
        <w:tc>
          <w:tcPr>
            <w:tcW w:type="dxa" w:w="208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הוא אתמול</w:t>
            </w:r>
          </w:p>
        </w:tc>
        <w:tc>
          <w:tcPr>
            <w:tcW w:type="dxa" w:w="208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בניין</w:t>
            </w:r>
          </w:p>
        </w:tc>
        <w:tc>
          <w:tcPr>
            <w:tcW w:type="dxa" w:w="208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שורש</w:t>
            </w:r>
          </w:p>
        </w:tc>
        <w:tc>
          <w:tcPr>
            <w:tcW w:type="dxa" w:w="208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גזרה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שָׁרָה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שָׁר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קל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ש־י/ו־ר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ע״ו/י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הֵקִימוּ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הֵקִים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הפעיל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ק־י/ו־ם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ע״ו/י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נָסוֹג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נָסוֹג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נפעל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ס־י/ו־ג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ע״ו/י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הוּזְזוּ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הוּזַז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הופעל (← הֵזִיז)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ז־י/ו־ז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ע״ו/י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עוֹרֵר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עוֹרֵר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פיעל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ע־י/ו־ר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ע״ו/י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עוֹדְדָה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עוֹדַד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פועל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ע־י/ו־ד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ע״ו/י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רָץ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רָץ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קל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ר־י/ו־ץ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ע״ו/י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יָקוּם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קָם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קל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ק־י/ו־ם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ע״ו/י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הֵרִים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הֵרִים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הפעיל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ר־י/ו־ם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ע״ו/י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הוּקַם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הוּקַם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הופעל (← הֵקִים)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ק־י/ו־ם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ע״ו/י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נִזּוֹן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נִזּוֹן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נפעל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ז־י/ו־ן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ע״ו/י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קוֹמֵם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קוֹמֵם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פיעל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ק־י/ו־ם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ע״ו/י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הִתְעוֹרֵר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הִתְעוֹרֵר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התפעל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ע־י/ו־ר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ע״ו/י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⚠️ שימו לב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ההבדל מפ״נ: אם נשארו 2 אותיות ויש דגש באות הראשונה (הִפִּיל) – חסרה נ׳ בהתחלה. בלי דגש (הֵקִים) – חסרה י/ו באמצע.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בנִדּוֹן יש דגש, אבל נשארות 3 אותיות (ד־ו־ן) והאמצעית ו׳ – לכן זו ע״ו/י, לא פ״נ.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קָם בעבר וקָם בהווה נכתבים אותו דבר; „הוא אתמול” עוזר להחליט.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🧒 ליסודי / 🎓 לתיכון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בקצרה לצעירים: קָם, רָץ, שָׁר, טָס – רק שתי אותיות! האות השלישית מתחבאת באמצע: ק־ו־ם. תגידו „לָקוּם” – הנה היא, הו׳! 🎉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הרחבה: ההחלטה בין ו׳ לי׳ באמצע נעשית לפי שם הפועל (לָקוּם – ו׳; לָשִׂים – י׳) או לפי מילים מאותה משפחה. לכן ברמה הבית־ספרית רושמים י/ו. שימו לב: שתי אותיות בלי דגש יכולות להיות לפעמים גם מגזרת הכפולים (ע״ע), למשל סַב (ס־ב־ב) – שם הפועל ומבחן הפעיל (הֵסֵב) עוזרים להכריע. משקל פּוֹלֵל הוא תחליף לבניינים הכבדים שאין להם מקום לדגש באות האמצעית.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🗓️ מערך שיעור (45 דקות)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שלב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זמן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מה עושים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פתיחה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תיק החקירה (השקופית/הפתיחה באתר)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הקניה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15׳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כרטיסי ההסבר + 2 דוגמאות פתורות במצגת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תרגול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20׳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מאמן הבלש / מיון באתר, ואז דף תרגול מודפס במסלול המתאים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סיכום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כרטיס יציאה מדף התרגול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🟣 להשוואה: חסרי פ״נ – הנ׳ שנבלעת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🔎 פתיחה: הרוח הִפִּילָה את העלים. „הוא אתמול” – הִפִּיל. מורידים מוספיות – נשארות פּ־ל, ובפ׳ יש דגש! הדגש הוא „טביעת האצבע” של נ׳ שנבלעה: נ־פ־ל. 🟣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🎯 מטרות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להכיר גזרה „שכנה” לנחים: חסרי פ״נ.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לזהות את הדגש שבא במקום הנ׳.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להבחין בין 2 אותיות עם דגש (פ״נ) ל־2 אותיות בלי דגש (ע״ו/י).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💡 עיקרי ההסבר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📛 השם – פ״נ: האות הראשונה בשורש היא נ׳. בחלק מהבניינים והזמנים היא נבלעת באות שאחריה ומשאירה בה דגש.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🧩 נחים או חסרים? – בנחים האות נכתבת ולא נשמעת (הוֹבִיל), או נעלמת (קָם). בחסרי פ״נ הנ׳ לא נכתבת בכלל – אבל משאירה סימן: דגש.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🔎 איך מזהים? – נשארו 2 אותיות, ובאות הראשונה דגש ← חסרה נ׳ בהתחלה: הִגִּיעַ ← גּ־ע ← נ־ג־ע.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📍 איפה זה קורה? – הפעיל (הִפִּיל, הִכִּיר), הופעל (הֻגַּשׁ), נפעל (נִגַּשׁ), ועתיד קל (יִפֹּל, יִסַּע). בקל עבר הנ׳ נשמעת: נָפַל, נָסַע.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🏗️ בבניינים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בניין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דוגמאות („הוא אתמול”)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קל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נָפַל, נָסַע (עבר); יִפֹּל, יִסַּע (עתיד)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נפעל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נִגַּשׁ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הפעיל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הִפִּיל, הִגִּיעַ, הִכִּיר, הִבִּיט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הופעל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הֻגַּשׁ, הֻפַּל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🔍 דוגמאות פתורות ותרגול מודרך – מפתח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085"/>
        <w:gridCol w:w="2085"/>
        <w:gridCol w:w="2085"/>
        <w:gridCol w:w="2085"/>
        <w:gridCol w:w="2085"/>
      </w:tblGrid>
      <w:tr>
        <w:tc>
          <w:tcPr>
            <w:tcW w:type="dxa" w:w="208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הפועל</w:t>
            </w:r>
          </w:p>
        </w:tc>
        <w:tc>
          <w:tcPr>
            <w:tcW w:type="dxa" w:w="208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הוא אתמול</w:t>
            </w:r>
          </w:p>
        </w:tc>
        <w:tc>
          <w:tcPr>
            <w:tcW w:type="dxa" w:w="208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בניין</w:t>
            </w:r>
          </w:p>
        </w:tc>
        <w:tc>
          <w:tcPr>
            <w:tcW w:type="dxa" w:w="208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שורש</w:t>
            </w:r>
          </w:p>
        </w:tc>
        <w:tc>
          <w:tcPr>
            <w:tcW w:type="dxa" w:w="208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גזרה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הִפִּילָה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הִפִּיל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הפעיל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נ־פ־ל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פ״נ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נִגַּשׁ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נִגַּשׁ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נפעל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נ־ג־ש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פ״נ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יִפֹּל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נָפַל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קל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נ־פ־ל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פ״נ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הִגִּיעַ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הִגִּיעַ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הפעיל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נ־ג־ע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פ״נ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הִכַּרְתִּי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הִכִּיר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הפעיל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נ־כ־ר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פ״נ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הִצִּיל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הִצִּיל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הפעיל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נ־צ־ל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פ״נ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הִגַּשְׁנוּ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הִגִּישׁ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הפעיל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נ־ג־ש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פ״נ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⚠️ שימו לב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לא כל נ׳ בתחילת פועל היא אות שורש: בנִכְנַס הנ׳ היא מוספית של נפעל (כ־נ־ס).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לפני אות גרונית הנ׳ לא נבלעת: הִנְהִיג, הִנְחִיל.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השורש ל־ק־ח מתנהג כמו פ״נ: יִקַּח, קַח.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🧒 ליסודי / 🎓 לתיכון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בקצרה לצעירים: במילה הִפִּיל יש נקודה בתוך הפ׳ (דגש). היא אומרת: „הייתה כאן נ׳!” – נָפַל. 🔍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הרחבה: הדגש בחסרי פ״נ הוא דגש חזק של הידמות (אסימילציה): נ׳ בסוף הברה נדמית לעיצור שאחריה – *הִנְפִּיל ← הִפִּיל. זו גם הסיבה לדגש בעתיד הקל: *יִנְפֹּל ← יִפֹּל.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🗓️ מערך שיעור (45 דקות)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שלב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זמן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מה עושים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פתיחה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תיק החקירה (השקופית/הפתיחה באתר)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הקניה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15׳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כרטיסי ההסבר + 2 דוגמאות פתורות במצגת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תרגול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20׳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מאמן הבלש / מיון באתר, ואז דף תרגול מודפס במסלול המתאים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סיכום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כרטיס יציאה מדף התרגול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🧩 מסכם: כל הגזרות יחד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🔎 פתיחה: תיק חקירה פתוח: 20 פעלים, 4 גזרות. כל מה שלמדנו – בתיק אחד. מוכנים ומוכנות? 🧩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🎯 מטרות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להפעיל את שיטת הבלש על פעלים מכל הגזרות.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להבחין בין הגזרות לפי סימנים.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להסביר בכתב את הדרך למציאת השורש.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💡 עיקרי ההסבר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🔵 ל״ה/י – „הוא אתמול” ב־ָה; שם הפועל ב־וֹת; באמצע מילה י׳.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🟢 פ״י/ו – הוֹ־ / הֵי־ בהפעיל; נוֹ־ בנפעל; הוּ־ בהופעל; חיריק מלא בעתיד קל.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🟠 ע״ו/י – 2 אותיות בלי דגש; הֵ־ִי בהפעיל; נָ־וֹ בנפעל; פּוֹלֵל.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🟣 פ״נ – 2 אותיות ודגש באות הראשונה; עתיד קל בדגש (יִפֹּל).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🔍 דוגמאות פתורות ותרגול מודרך – מפתח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085"/>
        <w:gridCol w:w="2085"/>
        <w:gridCol w:w="2085"/>
        <w:gridCol w:w="2085"/>
        <w:gridCol w:w="2085"/>
      </w:tblGrid>
      <w:tr>
        <w:tc>
          <w:tcPr>
            <w:tcW w:type="dxa" w:w="208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הפועל</w:t>
            </w:r>
          </w:p>
        </w:tc>
        <w:tc>
          <w:tcPr>
            <w:tcW w:type="dxa" w:w="208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הוא אתמול</w:t>
            </w:r>
          </w:p>
        </w:tc>
        <w:tc>
          <w:tcPr>
            <w:tcW w:type="dxa" w:w="208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בניין</w:t>
            </w:r>
          </w:p>
        </w:tc>
        <w:tc>
          <w:tcPr>
            <w:tcW w:type="dxa" w:w="208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שורש</w:t>
            </w:r>
          </w:p>
        </w:tc>
        <w:tc>
          <w:tcPr>
            <w:tcW w:type="dxa" w:w="208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גזרה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יִקְנוּ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קָנָה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קל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ק־נ־י/ה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ל״ה/י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הוּבַל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הוּבַל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הופעל (← הוֹבִיל)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י/ו־ב־ל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פ״י/ו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הִתְכּוֹנַנּוּ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הִתְכּוֹנֵן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התפעל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כ־י/ו־ן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ע״ו/י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נִגַּשׁ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נִגַּשׁ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נפעל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נ־ג־ש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פ״נ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הִתְרַצָּה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הִתְרַצָּה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התפעל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ר־צ־י/ה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ל״ה/י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נוֹתְרָה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נוֹתַר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נפעל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י/ו־ת־ר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פ״י/ו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הֵעִיר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הֵעִיר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הפעיל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ע־י/ו־ר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ע״ו/י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הִבִּיט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הִבִּיט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הפעיל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נ־ב־ט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פ״נ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צִפּוּ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צִפָּה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פיעל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צ־פ־י/ה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ל״ה/י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הוֹדִיעוּ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הוֹדִיעַ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הפעיל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י/ו־ד־ע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פ״י/ו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⚠️ שימו לב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תמיד „הוא אתמול” קודם.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דגש? בדקו אם הוא שייך לבניין (נִדּוֹן, כִּבָּה) או מחליף נ׳ (הִפִּיל).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הּ במפיק – שורש שלם.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🧒 ליסודי / 🎓 לתיכון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בקצרה לצעירים: עכשיו אתם בלשים אמיתיים! כל פועל – מוצאים 3 אותיות. אם אחת חסרה – מחפשים נ׳, י׳/ו׳ או ה׳. 🕵️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הרחבה: פעלים רבים שייכים ליותר מגזרה אחת (הֵבִיא – ע״ו/י וגם ל״א; הוֹצִיא – פ״י/ו וגם ל״א). בחקירה מלאה מסמנים את כל הגזרות.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🗓️ מערך שיעור (45 דקות)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שלב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זמן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מה עושים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פתיחה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תיק החקירה (השקופית/הפתיחה באתר)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הקניה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15׳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כרטיסי ההסבר + 2 דוגמאות פתורות במצגת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תרגול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20׳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מאמן הבלש / מיון באתר, ואז דף תרגול מודפס במסלול המתאים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סיכום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כרטיס יציאה מדף התרגול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♿ מפת התאמות והנגשות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085"/>
        <w:gridCol w:w="2085"/>
        <w:gridCol w:w="2085"/>
        <w:gridCol w:w="2085"/>
        <w:gridCol w:w="2085"/>
      </w:tblGrid>
      <w:tr>
        <w:tc>
          <w:tcPr>
            <w:tcW w:type="dxa" w:w="208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שכבה</w:t>
            </w:r>
          </w:p>
        </w:tc>
        <w:tc>
          <w:tcPr>
            <w:tcW w:type="dxa" w:w="208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לכולם</w:t>
            </w:r>
          </w:p>
        </w:tc>
        <w:tc>
          <w:tcPr>
            <w:tcW w:type="dxa" w:w="208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רגיל</w:t>
            </w:r>
          </w:p>
        </w:tc>
        <w:tc>
          <w:tcPr>
            <w:tcW w:type="dxa" w:w="208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חנ״מ</w:t>
            </w:r>
          </w:p>
        </w:tc>
        <w:tc>
          <w:tcPr>
            <w:tcW w:type="dxa" w:w="208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עולים חדשים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יסודי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משחקים קצרים, כפתורים גדולים במיוחד, עוגני אימוג׳י וחזותיים, „נסו בעצמכם” עם אותיות להקשה.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מאמן הבלש בלי שלב הבניין; פעלים מבניין קל ברובם.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כפתור הקראה 🔊 בכל משימה; 2–3 אפשרויות בלבד; בלי שעון.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מילון חזותי קופץ (אימוג׳י/תמונה) לכל מושג; משפטים קצרים במילים יומיומיות.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חט״ב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מיון לקטגוריות (גזרות), כללי לשון ברורים, משחקי זיהוי דינמיים.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כל חמשת הצעדים, כולל זיהוי בניין; שעון בונוס במשחק.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רמז מדורג אחרי 2 טעויות (מכוון, לא נותן תשובה); עיצוב וצבעים קבועים לכל גזרה (ל״ה/י כחול, פ״י/ו ירוק, ע״ו/י כתום, פ״נ סגול); בלי שעון.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בנק מושגים צבעוני מקובץ לפי תפקיד (צעדי השיטה / סימני הגזרות); משפטי דוגמה בלי ניקוד (רק הפועל מנוקד), קצרים ופשוטים.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תיכון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פעלים מכל הבניינים כולל הופעל ופּוֹלֵל, יוצאי דופן (הּ במפיק, ל־ק־ח), הסקה מסדר גבוה והרחבות היסטוריות.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כל הבניינים, יוצאי דופן והרחבות; שעון בונוס במשחק.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פירוק לשלבים: השלב הבא נפתח רק אחרי משימה קצרה; בלי שעון; רמזים אחרי 2 טעויות.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מילון קופץ למונחים מקצועיים (גזרה, בניין, מוספיות) עם הסבר פשוט ותרגום לאנגלית; שאלות במבנה של שאלות הבנת מבנה.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🔎 לבדיקת המורה (לוודא)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הוֹלִיךְ (ה־ל־ך) נשמע כפ״י/ו – יוצא דופן; לא נכלל בתרגול.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הוּשַׁב יכול להיות מי־ש־ב או מש־ו־ב – לא נכלל בתרגול.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רָצָה (ר־צ־י/ה) לעומת רָצָה (ר־י/ו־ץ) – מוצג רק כ„שימו לב”.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שתי אותיות בלי דגש יכולות להיות גם ע״ע (סַב ← ס־ב־ב) – מוזכר רק בהרחבה לתיכון.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ל־ק־ח מתנהג כפ״נ (לָקַח ← יִקַּח) – מוזכר כיוצא דופן.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יצרה: רוית ראש בן ישי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מדריך למורה – בלשי השורש: גזרות הנחים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